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Questionnaire de candidature à l’adoption d’un chat</w:t>
      </w:r>
    </w:p>
    <w:p>
      <w:r>
        <w:t>Mission Happy Cats  •  missionhappycats@proton.org  •  www.missionhappycats.org</w:t>
      </w:r>
    </w:p>
    <w:p>
      <w:r>
        <w:t>Parlez-nous de votre foyer et du chat que vous souhaitez adopter. Vos réponses nous aideront à vous proposer un chat adapté. Remplir ce formulaire ne vous engage pas à adopter. Les chatons de moins de six mois sont proposés à l’adoption pour 110 € et doivent être stérilisés à six mois, avec l’aide de Mission Happy Cats à un tarif nettement réduit. Les chats de plus de six mois sont proposés à l’adoption pour 160 € s’il s’agit d’un mâle et 190 € s’il s’agit d’une femelle ; ils sont stérilisés avant l’adoption.</w:t>
      </w:r>
    </w:p>
    <w:p>
      <w:pPr>
        <w:pStyle w:val="Heading1"/>
      </w:pPr>
      <w:r>
        <w:t>Vos coordonnées</w:t>
      </w:r>
    </w:p>
    <w:p>
      <w:r>
        <w:t>Nom complet et âge (la personne candidate doit être majeure) :</w:t>
      </w:r>
    </w:p>
    <w:p>
      <w:r>
        <w:t>________________________________________________________________________________</w:t>
      </w:r>
    </w:p>
    <w:p>
      <w:r>
        <w:t>Adresse et code postal :</w:t>
      </w:r>
    </w:p>
    <w:p>
      <w:r>
        <w:t>________________________________________________________________________________</w:t>
      </w:r>
    </w:p>
    <w:p>
      <w:r>
        <w:t>Téléphone et adresse électronique :</w:t>
      </w:r>
    </w:p>
    <w:p>
      <w:r>
        <w:t>________________________________________________________________________________</w:t>
      </w:r>
    </w:p>
    <w:p>
      <w:r>
        <w:t>Chat qui vous intéresse, si vous en avez déjà choisi un :</w:t>
      </w:r>
    </w:p>
    <w:p>
      <w:r>
        <w:t>________________________________________________________________________________</w:t>
      </w:r>
    </w:p>
    <w:p>
      <w:pPr>
        <w:pStyle w:val="Heading1"/>
      </w:pPr>
      <w:r>
        <w:t>Le chat que vous aimeriez accueillir</w:t>
      </w:r>
    </w:p>
    <w:p>
      <w:r>
        <w:t>Pourquoi souhaitez-vous adopter un chat maintenant 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Quel âge, quel tempérament et quel degré d’affection ou d’activité vous conviendraient ? Envisageriez-vous un autre chat si votre premier choix ne correspondait pas à votre foyer 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Mode de vie souhaité :   ☐ Uniquement à l’intérieur    ☐ Accès à l’extérieur    ☐ Sans préférence</w:t>
      </w:r>
    </w:p>
    <w:p>
      <w:r>
        <w:t>Vous envisageriez d’adopter :   ☐ Un chaton    ☐ Un adulte    ☐ Un chat âgé    ☐ Un chat ayant besoin de soins particuliers</w:t>
      </w:r>
    </w:p>
    <w:p>
      <w:pPr>
        <w:pStyle w:val="Heading1"/>
      </w:pPr>
      <w:r>
        <w:t>Votre foyer et votre quotidien</w:t>
      </w:r>
    </w:p>
    <w:p>
      <w:r>
        <w:t>Logement :   ☐ Propriétaire    ☐ Locataire    ☐ Autre</w:t>
      </w:r>
    </w:p>
    <w:p>
      <w:r>
        <w:t>Si vous êtes locataire, avez-vous l’autorisation d’avoir un chat ? Précisez les éventuelles conditions :</w:t>
      </w:r>
    </w:p>
    <w:p>
      <w:r>
        <w:t>________________________________________________________________________________</w:t>
      </w:r>
    </w:p>
    <w:p>
      <w:r>
        <w:t>Qui vit au foyer, y compris les enfants et leur âge ? Toutes les personnes du foyer sont-elles d’accord pour accueillir un chat ?</w:t>
      </w:r>
    </w:p>
    <w:p>
      <w:r>
        <w:t>________________________________________________________________________________</w:t>
      </w:r>
    </w:p>
    <w:p>
      <w:r>
        <w:t>Quels autres animaux vivent avec vous ? Précisez leur espèce, leur âge, leur tempérament et s’ils sont stérilisés ou vaccinés.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Où le chat vivra-t-il et dormira-t-il ? S’il pourra sortir, décrivez la route et l’espace extérieur, et indiquez quand vous le laisseriez sortir pour la première fois.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Pendant combien d’heures le logement est-il habituellement inoccupé ? Qui s’occupera du chat pendant vos vacances, en cas de maladie ou de déménagement 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Expérience et soins</w:t>
      </w:r>
    </w:p>
    <w:p>
      <w:r>
        <w:t>Avez-vous déjà eu des chats ? Qu’est-il arrivé aux chats que vous n’avez plus ?</w:t>
      </w:r>
    </w:p>
    <w:p>
      <w:r>
        <w:t>________________________________________________________________________________</w:t>
      </w:r>
    </w:p>
    <w:p>
      <w:r>
        <w:t>Comment présenteriez-vous un nouveau chat aux personnes et aux autres animaux du foyer, et comment l’aideriez-vous à s’installer 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Pouvez-vous assumer la nourriture, les soins vétérinaires courants, les soins imprévus et les besoins du chat tout au long de sa vie ? Y a-t-il des contraintes pratiques dont nous devrions tenir compte ?</w:t>
      </w:r>
    </w:p>
    <w:p>
      <w:r>
        <w:t>________________________________________________________________________________</w:t>
      </w:r>
    </w:p>
    <w:p>
      <w:r>
        <w:t>Y a-t-il des allergies, des changements prévus ou d’autres circonstances susceptibles d’avoir une incidence sur cette adoption ?</w:t>
      </w:r>
    </w:p>
    <w:p>
      <w:r>
        <w:t>________________________________________________________________________________</w:t>
      </w:r>
    </w:p>
    <w:p>
      <w:r>
        <w:t>Souhaitez-vous ajouter quelque chose qui pourrait nous aider à trouver le chat qui vous convient ?</w:t>
      </w:r>
    </w:p>
    <w:p>
      <w:r>
        <w:t>________________________________________________________________________________</w:t>
      </w:r>
    </w:p>
    <w:p>
      <w:pPr>
        <w:pStyle w:val="Heading1"/>
      </w:pPr>
      <w:r>
        <w:t>Confirmation</w:t>
      </w:r>
    </w:p>
    <w:p>
      <w:r>
        <w:t>Je confirme l’exactitude des informations ci-dessus. Mission Happy Cats peut me contacter au sujet de cette adoption et utiliser mes réponses pour évaluer si le placement convient au chat et à mon foyer. Mes données sont utilisées pour la gestion des adoptions et conservées uniquement pendant la durée nécessaire à cette fin.</w:t>
      </w:r>
    </w:p>
    <w:p>
      <w:r>
        <w:t>Signature :                                                     Date :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