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Cat Adoption Questionnaire</w:t>
      </w:r>
    </w:p>
    <w:p>
      <w:r>
        <w:t>Mission Happy Cats  •  missionhappycats@proton.org  •  www.missionhappycats.org</w:t>
      </w:r>
    </w:p>
    <w:p>
      <w:r>
        <w:t>Please tell us about your home and the kind of cat you hope to adopt. Your answers help us suggest a good match. Completing this form does not commit you to adopt.</w:t>
      </w:r>
    </w:p>
    <w:p>
      <w:pPr>
        <w:pStyle w:val="Heading1"/>
      </w:pPr>
      <w:r>
        <w:t>Your details</w:t>
      </w:r>
    </w:p>
    <w:p>
      <w:r>
        <w:t>Full name and age (applicant must be an adult):</w:t>
      </w:r>
    </w:p>
    <w:p>
      <w:r>
        <w:t>________________________________________________________________________________</w:t>
      </w:r>
    </w:p>
    <w:p>
      <w:r>
        <w:t>Address and postcode:</w:t>
      </w:r>
    </w:p>
    <w:p>
      <w:r>
        <w:t>________________________________________________________________________________</w:t>
      </w:r>
    </w:p>
    <w:p>
      <w:r>
        <w:t>Telephone and email:</w:t>
      </w:r>
    </w:p>
    <w:p>
      <w:r>
        <w:t>________________________________________________________________________________</w:t>
      </w:r>
    </w:p>
    <w:p>
      <w:r>
        <w:t>Cat you are interested in, if known:</w:t>
      </w:r>
    </w:p>
    <w:p>
      <w:r>
        <w:t>________________________________________________________________________________</w:t>
      </w:r>
    </w:p>
    <w:p>
      <w:pPr>
        <w:pStyle w:val="Heading1"/>
      </w:pPr>
      <w:r>
        <w:t>The cat you hope to welcome</w:t>
      </w:r>
    </w:p>
    <w:p>
      <w:r>
        <w:t>Why would you like to adopt a cat now?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What age, temperament and level of affection or activity would suit you? Would you consider another cat if the first choice is not a good match?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Preferred arrangement:   ☐ Indoor only    ☐ Access outdoors    ☐ Either</w:t>
      </w:r>
    </w:p>
    <w:p>
      <w:r>
        <w:t>Would you consider:   ☐ Kitten    ☐ Adult    ☐ Senior    ☐ Cat needing extra care</w:t>
      </w:r>
    </w:p>
    <w:p>
      <w:pPr>
        <w:pStyle w:val="Heading1"/>
      </w:pPr>
      <w:r>
        <w:t>Your home and routine</w:t>
      </w:r>
    </w:p>
    <w:p>
      <w:r>
        <w:t>Home:   ☐ Own    ☐ Rent    ☐ Other</w:t>
      </w:r>
    </w:p>
    <w:p>
      <w:r>
        <w:t>If renting, do you have permission to keep a cat? Please describe any conditions:</w:t>
      </w:r>
    </w:p>
    <w:p>
      <w:r>
        <w:t>________________________________________________________________________________</w:t>
      </w:r>
    </w:p>
    <w:p>
      <w:r>
        <w:t>Who lives in the household, including children and their ages? Does everyone agree to adopting a cat?</w:t>
      </w:r>
    </w:p>
    <w:p>
      <w:r>
        <w:t>________________________________________________________________________________</w:t>
      </w:r>
    </w:p>
    <w:p>
      <w:r>
        <w:t>What other animals live with you? Include species, ages, temperament and whether sterilised or vaccinated.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Where will the cat stay and sleep? If allowed outside, describe the road and outdoor space and when you would first let the cat out.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How many hours is the home normally empty? Who will care for the cat during holidays, illness or a move?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pPr>
        <w:pStyle w:val="Heading1"/>
      </w:pPr>
      <w:r>
        <w:t>Care and experience</w:t>
      </w:r>
    </w:p>
    <w:p>
      <w:r>
        <w:t>Have you had cats before? What happened to any cats you no longer have?</w:t>
      </w:r>
    </w:p>
    <w:p>
      <w:r>
        <w:t>________________________________________________________________________________</w:t>
      </w:r>
    </w:p>
    <w:p>
      <w:r>
        <w:t>How would you introduce a new cat to people and other animals, and help it settle in?</w:t>
      </w:r>
    </w:p>
    <w:p>
      <w:r>
        <w:t>________________________________________________________________________________</w:t>
      </w:r>
    </w:p>
    <w:p>
      <w:r>
        <w:t>________________________________________________________________________________</w:t>
      </w:r>
    </w:p>
    <w:p>
      <w:r>
        <w:t>Are you able to cover routine food, veterinary care, unexpected treatment and lifelong care? Any practical constraints we should know about?</w:t>
      </w:r>
    </w:p>
    <w:p>
      <w:r>
        <w:t>________________________________________________________________________________</w:t>
      </w:r>
    </w:p>
    <w:p>
      <w:r>
        <w:t>Are there allergies, planned changes or other circumstances that could affect this adoption?</w:t>
      </w:r>
    </w:p>
    <w:p>
      <w:r>
        <w:t>________________________________________________________________________________</w:t>
      </w:r>
    </w:p>
    <w:p>
      <w:r>
        <w:t>Anything else that would help us find the right match?</w:t>
      </w:r>
    </w:p>
    <w:p>
      <w:r>
        <w:t>________________________________________________________________________________</w:t>
      </w:r>
    </w:p>
    <w:p>
      <w:pPr>
        <w:pStyle w:val="Heading1"/>
      </w:pPr>
      <w:r>
        <w:t>Consent</w:t>
      </w:r>
    </w:p>
    <w:p>
      <w:r>
        <w:t>I confirm that the information above is accurate. Mission Happy Cats may contact me about this adoption and use my answers to assess a suitable placement. Details are handled for adoption administration and retained only as needed for that purpose.</w:t>
      </w:r>
    </w:p>
    <w:p>
      <w:r>
        <w:t>Signature:                                                     Date:</w:t>
      </w:r>
    </w:p>
    <w:p>
      <w:r>
        <w:t>________________________________________________________________________________</w:t>
      </w:r>
    </w:p>
    <w:sectPr w:rsidR="00FC693F" w:rsidRPr="0006063C" w:rsidSect="00034616">
      <w:pgSz w:w="12240" w:h="15840"/>
      <w:pgMar w:top="1080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b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